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45"/>
        <w:gridCol w:w="3642"/>
        <w:gridCol w:w="3647"/>
      </w:tblGrid>
      <w:tr w:rsidR="00834225" w:rsidRPr="00AF4EEB">
        <w:trPr>
          <w:jc w:val="center"/>
        </w:trPr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F4EEB" w:rsidRPr="00E17DAF" w:rsidRDefault="00AF4EEB" w:rsidP="00AF4EEB">
            <w:pPr>
              <w:spacing w:after="40"/>
              <w:rPr>
                <w:rFonts w:ascii="Trebuchet MS" w:hAnsi="Trebuchet MS"/>
                <w:b/>
                <w:sz w:val="17"/>
              </w:rPr>
            </w:pPr>
            <w:proofErr w:type="spellStart"/>
            <w:r w:rsidRPr="00E17DAF">
              <w:rPr>
                <w:rFonts w:ascii="Trebuchet MS" w:hAnsi="Trebuchet MS"/>
                <w:sz w:val="17"/>
              </w:rPr>
              <w:t>Județul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r w:rsidRPr="00E17DAF">
              <w:rPr>
                <w:rFonts w:ascii="Trebuchet MS" w:hAnsi="Trebuchet MS"/>
                <w:b/>
                <w:sz w:val="17"/>
              </w:rPr>
              <w:t>HARGHITA</w:t>
            </w:r>
          </w:p>
          <w:p w:rsidR="00834225" w:rsidRPr="00AF4EEB" w:rsidRDefault="00AF4EEB" w:rsidP="00AF4EEB">
            <w:pPr>
              <w:spacing w:after="40"/>
              <w:rPr>
                <w:rFonts w:ascii="Trebuchet MS" w:hAnsi="Trebuchet MS"/>
              </w:rPr>
            </w:pPr>
            <w:proofErr w:type="spellStart"/>
            <w:r w:rsidRPr="00E17DAF">
              <w:rPr>
                <w:rFonts w:ascii="Trebuchet MS" w:hAnsi="Trebuchet MS"/>
                <w:sz w:val="17"/>
              </w:rPr>
              <w:t>Autoritatea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administrației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publice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r w:rsidRPr="00E17DAF">
              <w:rPr>
                <w:rFonts w:ascii="Trebuchet MS" w:hAnsi="Trebuchet MS"/>
                <w:b/>
                <w:sz w:val="17"/>
              </w:rPr>
              <w:t>COMUNA LĂZAREA</w:t>
            </w:r>
            <w:r w:rsidRPr="00E17DAF">
              <w:rPr>
                <w:rFonts w:ascii="Trebuchet MS" w:hAnsi="Trebuchet MS"/>
                <w:sz w:val="17"/>
              </w:rPr>
              <w:br/>
            </w:r>
            <w:proofErr w:type="spellStart"/>
            <w:r w:rsidRPr="00E17DAF">
              <w:rPr>
                <w:rFonts w:ascii="Trebuchet MS" w:hAnsi="Trebuchet MS"/>
                <w:sz w:val="17"/>
              </w:rPr>
              <w:t>Adresa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oficială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: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sediul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/ </w:t>
            </w:r>
            <w:proofErr w:type="spellStart"/>
            <w:r w:rsidRPr="00E17DAF">
              <w:rPr>
                <w:rFonts w:ascii="Trebuchet MS" w:hAnsi="Trebuchet MS"/>
                <w:sz w:val="17"/>
              </w:rPr>
              <w:t>telefon</w:t>
            </w:r>
            <w:proofErr w:type="spellEnd"/>
            <w:r w:rsidRPr="00E17DAF">
              <w:rPr>
                <w:rFonts w:ascii="Trebuchet MS" w:hAnsi="Trebuchet MS"/>
                <w:sz w:val="17"/>
              </w:rPr>
              <w:t xml:space="preserve"> / e-mail: </w:t>
            </w:r>
            <w:proofErr w:type="spellStart"/>
            <w:r w:rsidRPr="00E17DAF">
              <w:rPr>
                <w:rFonts w:ascii="Trebuchet MS" w:hAnsi="Trebuchet MS"/>
                <w:b/>
                <w:sz w:val="17"/>
              </w:rPr>
              <w:t>Lăzarea</w:t>
            </w:r>
            <w:proofErr w:type="spellEnd"/>
            <w:r w:rsidRPr="00E17DAF">
              <w:rPr>
                <w:rFonts w:ascii="Trebuchet MS" w:hAnsi="Trebuchet MS"/>
                <w:b/>
                <w:sz w:val="17"/>
              </w:rPr>
              <w:t>, nr.702, primaria.lazarea@yahoo.com</w:t>
            </w:r>
            <w:r w:rsidRPr="00E17DAF">
              <w:rPr>
                <w:rFonts w:ascii="Trebuchet MS" w:hAnsi="Trebuchet MS"/>
                <w:b/>
                <w:sz w:val="17"/>
              </w:rPr>
              <w:br/>
            </w:r>
            <w:r w:rsidRPr="00E17DAF">
              <w:rPr>
                <w:rFonts w:ascii="Trebuchet MS" w:hAnsi="Trebuchet MS"/>
                <w:sz w:val="17"/>
              </w:rPr>
              <w:t xml:space="preserve">CIF: </w:t>
            </w:r>
            <w:r w:rsidRPr="00E17DAF">
              <w:rPr>
                <w:rFonts w:ascii="Trebuchet MS" w:hAnsi="Trebuchet MS"/>
                <w:b/>
                <w:sz w:val="17"/>
              </w:rPr>
              <w:t>4368006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AF4EEB" w:rsidRDefault="00AF4EEB">
            <w:pPr>
              <w:jc w:val="center"/>
              <w:rPr>
                <w:rFonts w:ascii="Trebuchet MS" w:hAnsi="Trebuchet MS"/>
                <w:b/>
                <w:sz w:val="17"/>
              </w:rPr>
            </w:pPr>
            <w:r w:rsidRPr="00E17DAF">
              <w:rPr>
                <w:rFonts w:ascii="Trebuchet MS" w:hAnsi="Trebuchet MS"/>
                <w:noProof/>
              </w:rPr>
              <w:drawing>
                <wp:anchor distT="0" distB="0" distL="114300" distR="114300" simplePos="0" relativeHeight="251659264" behindDoc="0" locked="0" layoutInCell="1" allowOverlap="1" wp14:anchorId="0BDA5C5E" wp14:editId="531633D3">
                  <wp:simplePos x="0" y="0"/>
                  <wp:positionH relativeFrom="margin">
                    <wp:align>center</wp:align>
                  </wp:positionH>
                  <wp:positionV relativeFrom="margin">
                    <wp:posOffset>78740</wp:posOffset>
                  </wp:positionV>
                  <wp:extent cx="522605" cy="752475"/>
                  <wp:effectExtent l="0" t="0" r="0" b="9525"/>
                  <wp:wrapNone/>
                  <wp:docPr id="2" name="Kép 2" descr="C:\Users\Legion\AppData\Local\Microsoft\Windows\INetCache\Content.Word\jos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Legion\AppData\Local\Microsoft\Windows\INetCache\Content.Word\jos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F4EEB">
              <w:rPr>
                <w:rFonts w:ascii="Trebuchet MS" w:hAnsi="Trebuchet MS"/>
                <w:b/>
                <w:sz w:val="17"/>
              </w:rPr>
              <w:br/>
            </w:r>
          </w:p>
          <w:p w:rsidR="00AF4EEB" w:rsidRDefault="00AF4EEB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AF4EEB" w:rsidRDefault="00AF4EEB">
            <w:pPr>
              <w:jc w:val="center"/>
              <w:rPr>
                <w:rFonts w:ascii="Trebuchet MS" w:hAnsi="Trebuchet MS"/>
                <w:b/>
                <w:sz w:val="17"/>
              </w:rPr>
            </w:pPr>
          </w:p>
          <w:p w:rsidR="00834225" w:rsidRPr="00AF4EEB" w:rsidRDefault="00AF4EEB" w:rsidP="00AF4EEB">
            <w:pPr>
              <w:spacing w:after="0"/>
              <w:jc w:val="center"/>
              <w:rPr>
                <w:rFonts w:ascii="Trebuchet MS" w:hAnsi="Trebuchet MS"/>
              </w:rPr>
            </w:pPr>
            <w:r w:rsidRPr="00AF4EEB">
              <w:rPr>
                <w:rFonts w:ascii="Trebuchet MS" w:hAnsi="Trebuchet MS"/>
                <w:b/>
                <w:sz w:val="17"/>
              </w:rPr>
              <w:t xml:space="preserve">F_AM_01 - </w:t>
            </w:r>
            <w:proofErr w:type="spellStart"/>
            <w:r w:rsidRPr="00AF4EEB">
              <w:rPr>
                <w:rFonts w:ascii="Trebuchet MS" w:hAnsi="Trebuchet MS"/>
                <w:b/>
                <w:sz w:val="17"/>
              </w:rPr>
              <w:t>versiunea</w:t>
            </w:r>
            <w:proofErr w:type="spellEnd"/>
            <w:r w:rsidRPr="00AF4EEB">
              <w:rPr>
                <w:rFonts w:ascii="Trebuchet MS" w:hAnsi="Trebuchet MS"/>
                <w:b/>
                <w:sz w:val="17"/>
              </w:rPr>
              <w:t xml:space="preserve"> 1.0</w:t>
            </w:r>
          </w:p>
        </w:tc>
        <w:tc>
          <w:tcPr>
            <w:tcW w:w="364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834225" w:rsidRPr="00AF4EEB" w:rsidRDefault="00AF4EEB">
            <w:pPr>
              <w:rPr>
                <w:rFonts w:ascii="Trebuchet MS" w:hAnsi="Trebuchet MS"/>
              </w:rPr>
            </w:pPr>
            <w:r w:rsidRPr="00AF4EEB">
              <w:rPr>
                <w:rFonts w:ascii="Trebuchet MS" w:hAnsi="Trebuchet MS"/>
                <w:i/>
                <w:sz w:val="16"/>
              </w:rPr>
              <w:t>Număr de înregistrare: .....................</w:t>
            </w:r>
            <w:r w:rsidRPr="00AF4EEB">
              <w:rPr>
                <w:rFonts w:ascii="Trebuchet MS" w:hAnsi="Trebuchet MS"/>
                <w:i/>
                <w:sz w:val="16"/>
              </w:rPr>
              <w:br/>
              <w:t>Data: ...................................................</w:t>
            </w:r>
            <w:r w:rsidRPr="00AF4EEB">
              <w:rPr>
                <w:rFonts w:ascii="Trebuchet MS" w:hAnsi="Trebuchet MS"/>
                <w:i/>
                <w:sz w:val="16"/>
              </w:rPr>
              <w:br/>
              <w:t>(se completează de autoritate)</w:t>
            </w:r>
          </w:p>
        </w:tc>
      </w:tr>
      <w:tr w:rsidR="00834225" w:rsidRPr="00AF4EEB">
        <w:trPr>
          <w:jc w:val="center"/>
        </w:trPr>
        <w:tc>
          <w:tcPr>
            <w:tcW w:w="10944" w:type="dxa"/>
            <w:gridSpan w:val="3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</w:tcPr>
          <w:p w:rsidR="00834225" w:rsidRPr="00AF4EEB" w:rsidRDefault="00AF4EEB">
            <w:pPr>
              <w:jc w:val="center"/>
              <w:rPr>
                <w:rFonts w:ascii="Trebuchet MS" w:hAnsi="Trebuchet MS"/>
              </w:rPr>
            </w:pPr>
            <w:r w:rsidRPr="00AF4EEB">
              <w:rPr>
                <w:rFonts w:ascii="Trebuchet MS" w:hAnsi="Trebuchet MS"/>
                <w:b/>
                <w:sz w:val="21"/>
              </w:rPr>
              <w:t>CERERE PENTRU EMITEREA AUTORIZAȚIEI DE MODIFICARE</w:t>
            </w:r>
          </w:p>
        </w:tc>
      </w:tr>
    </w:tbl>
    <w:p w:rsidR="00834225" w:rsidRPr="00AF4EEB" w:rsidRDefault="00834225">
      <w:pPr>
        <w:spacing w:after="80"/>
        <w:rPr>
          <w:rFonts w:ascii="Trebuchet MS" w:hAnsi="Trebuchet MS"/>
        </w:rPr>
      </w:pPr>
    </w:p>
    <w:p w:rsidR="00834225" w:rsidRPr="00AF4EEB" w:rsidRDefault="00AF4EEB">
      <w:pPr>
        <w:rPr>
          <w:rFonts w:ascii="Trebuchet MS" w:hAnsi="Trebuchet MS"/>
        </w:rPr>
      </w:pPr>
      <w:r w:rsidRPr="00AF4EEB">
        <w:rPr>
          <w:rFonts w:ascii="Trebuchet MS" w:hAnsi="Trebuchet MS"/>
          <w:b/>
        </w:rPr>
        <w:t>1. CĂTRE</w:t>
      </w:r>
    </w:p>
    <w:p w:rsidR="00834225" w:rsidRPr="00AF4EEB" w:rsidRDefault="00AF4EEB">
      <w:pPr>
        <w:rPr>
          <w:rFonts w:ascii="Trebuchet MS" w:hAnsi="Trebuchet MS"/>
        </w:rPr>
      </w:pPr>
      <w:r w:rsidRPr="00AF4EEB">
        <w:rPr>
          <w:rFonts w:ascii="Trebuchet MS" w:hAnsi="Trebuchet MS"/>
        </w:rPr>
        <w:t xml:space="preserve">Instituția: </w:t>
      </w:r>
      <w:sdt>
        <w:sdtPr>
          <w:rPr>
            <w:rFonts w:ascii="Trebuchet MS" w:hAnsi="Trebuchet MS"/>
          </w:rPr>
          <w:id w:val="-1356805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F4EE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AF4EEB">
        <w:rPr>
          <w:rFonts w:ascii="Trebuchet MS" w:hAnsi="Trebuchet MS"/>
          <w:sz w:val="18"/>
        </w:rPr>
        <w:t xml:space="preserve"> primăria municipiului / orașul</w:t>
      </w:r>
      <w:r w:rsidRPr="00AF4EEB">
        <w:rPr>
          <w:rFonts w:ascii="Trebuchet MS" w:hAnsi="Trebuchet MS"/>
          <w:sz w:val="18"/>
        </w:rPr>
        <w:t>ui / comunei</w:t>
      </w:r>
      <w:r w:rsidRPr="00AF4EEB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791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F4EE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AF4EEB">
        <w:rPr>
          <w:rFonts w:ascii="Trebuchet MS" w:hAnsi="Trebuchet MS"/>
          <w:sz w:val="18"/>
        </w:rPr>
        <w:t xml:space="preserve"> primăria de sector</w:t>
      </w:r>
      <w:r w:rsidRPr="00AF4EEB">
        <w:rPr>
          <w:rFonts w:ascii="Trebuchet MS" w:hAnsi="Trebuchet MS"/>
        </w:rPr>
        <w:t xml:space="preserve">     </w:t>
      </w:r>
      <w:sdt>
        <w:sdtPr>
          <w:rPr>
            <w:rFonts w:ascii="Trebuchet MS" w:hAnsi="Trebuchet MS"/>
          </w:rPr>
          <w:id w:val="-394898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F4EEB">
            <w:rPr>
              <w:rFonts w:ascii="Segoe UI Symbol" w:hAnsi="Segoe UI Symbol" w:cs="Segoe UI Symbol"/>
              <w:sz w:val="20"/>
            </w:rPr>
            <w:t>☐</w:t>
          </w:r>
        </w:sdtContent>
      </w:sdt>
      <w:r w:rsidRPr="00AF4EEB">
        <w:rPr>
          <w:rFonts w:ascii="Trebuchet MS" w:hAnsi="Trebuchet MS"/>
          <w:sz w:val="18"/>
        </w:rPr>
        <w:t xml:space="preserve"> consiliul județean</w:t>
      </w:r>
    </w:p>
    <w:p w:rsidR="00AF4EEB" w:rsidRPr="00AF4EEB" w:rsidRDefault="00AF4EEB">
      <w:pPr>
        <w:spacing w:after="80"/>
        <w:rPr>
          <w:rFonts w:ascii="Trebuchet MS" w:hAnsi="Trebuchet MS"/>
          <w:i/>
          <w:sz w:val="14"/>
        </w:rPr>
      </w:pPr>
      <w:bookmarkStart w:id="0" w:name="_GoBack"/>
      <w:bookmarkEnd w:id="0"/>
    </w:p>
    <w:p w:rsidR="00834225" w:rsidRPr="00AF4EEB" w:rsidRDefault="00AF4EEB">
      <w:pPr>
        <w:spacing w:after="80"/>
        <w:rPr>
          <w:rFonts w:ascii="Trebuchet MS" w:hAnsi="Trebuchet MS"/>
          <w:sz w:val="20"/>
        </w:rPr>
      </w:pPr>
      <w:proofErr w:type="spellStart"/>
      <w:r w:rsidRPr="00AF4EEB">
        <w:rPr>
          <w:rFonts w:ascii="Trebuchet MS" w:hAnsi="Trebuchet MS"/>
          <w:i/>
          <w:sz w:val="14"/>
        </w:rPr>
        <w:t>Cererea</w:t>
      </w:r>
      <w:proofErr w:type="spellEnd"/>
      <w:r w:rsidRPr="00AF4EEB">
        <w:rPr>
          <w:rFonts w:ascii="Trebuchet MS" w:hAnsi="Trebuchet MS"/>
          <w:i/>
          <w:sz w:val="14"/>
        </w:rPr>
        <w:t xml:space="preserve"> </w:t>
      </w:r>
      <w:proofErr w:type="spellStart"/>
      <w:r w:rsidRPr="00AF4EEB">
        <w:rPr>
          <w:rFonts w:ascii="Trebuchet MS" w:hAnsi="Trebuchet MS"/>
          <w:i/>
          <w:sz w:val="14"/>
        </w:rPr>
        <w:t>va</w:t>
      </w:r>
      <w:proofErr w:type="spellEnd"/>
      <w:r w:rsidRPr="00AF4EEB">
        <w:rPr>
          <w:rFonts w:ascii="Trebuchet MS" w:hAnsi="Trebuchet MS"/>
          <w:i/>
          <w:sz w:val="14"/>
        </w:rPr>
        <w:t xml:space="preserve"> fi </w:t>
      </w:r>
      <w:proofErr w:type="spellStart"/>
      <w:r w:rsidRPr="00AF4EEB">
        <w:rPr>
          <w:rFonts w:ascii="Trebuchet MS" w:hAnsi="Trebuchet MS"/>
          <w:i/>
          <w:sz w:val="14"/>
        </w:rPr>
        <w:t>transmisă</w:t>
      </w:r>
      <w:proofErr w:type="spellEnd"/>
      <w:r w:rsidRPr="00AF4EEB">
        <w:rPr>
          <w:rFonts w:ascii="Trebuchet MS" w:hAnsi="Trebuchet MS"/>
          <w:i/>
          <w:sz w:val="14"/>
        </w:rPr>
        <w:t xml:space="preserve"> către președintele consiliului județean, primarul general, primarul de sector sau primarul municipiului/orașului/comunei, după caz.</w:t>
      </w:r>
    </w:p>
    <w:p w:rsidR="00834225" w:rsidRPr="00AF4EEB" w:rsidRDefault="00AF4EEB">
      <w:pPr>
        <w:rPr>
          <w:rFonts w:ascii="Trebuchet MS" w:hAnsi="Trebuchet MS"/>
        </w:rPr>
      </w:pPr>
      <w:r w:rsidRPr="00AF4EEB">
        <w:rPr>
          <w:rFonts w:ascii="Trebuchet MS" w:hAnsi="Trebuchet MS"/>
          <w:b/>
        </w:rPr>
        <w:t>2. SOLICITANTUL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6"/>
        <w:gridCol w:w="5468"/>
      </w:tblGrid>
      <w:tr w:rsidR="00834225" w:rsidRPr="00AF4EEB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834225" w:rsidRPr="00AF4EEB" w:rsidRDefault="00AF4EEB">
            <w:pPr>
              <w:rPr>
                <w:rFonts w:ascii="Trebuchet MS" w:hAnsi="Trebuchet MS"/>
              </w:rPr>
            </w:pPr>
            <w:r w:rsidRPr="00AF4EEB">
              <w:rPr>
                <w:rFonts w:ascii="Trebuchet MS" w:hAnsi="Trebuchet MS"/>
                <w:sz w:val="17"/>
              </w:rPr>
              <w:t xml:space="preserve">Nume și prenume: 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834225" w:rsidRPr="00AF4EEB" w:rsidRDefault="00AF4EEB">
            <w:pPr>
              <w:rPr>
                <w:rFonts w:ascii="Trebuchet MS" w:hAnsi="Trebuchet MS"/>
              </w:rPr>
            </w:pPr>
            <w:r w:rsidRPr="00AF4EEB">
              <w:rPr>
                <w:rFonts w:ascii="Trebuchet MS" w:hAnsi="Trebuchet MS"/>
                <w:sz w:val="17"/>
              </w:rPr>
              <w:t xml:space="preserve">CNP: </w:t>
            </w:r>
          </w:p>
        </w:tc>
      </w:tr>
      <w:tr w:rsidR="00834225" w:rsidRPr="00AF4EEB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834225" w:rsidRPr="00AF4EEB" w:rsidRDefault="00AF4EEB">
            <w:pPr>
              <w:rPr>
                <w:rFonts w:ascii="Trebuchet MS" w:hAnsi="Trebuchet MS"/>
              </w:rPr>
            </w:pPr>
            <w:r w:rsidRPr="00AF4EEB">
              <w:rPr>
                <w:rFonts w:ascii="Trebuchet MS" w:hAnsi="Trebuchet MS"/>
                <w:sz w:val="17"/>
              </w:rPr>
              <w:t>Act de identitate: Seria ....... Nr. ............</w:t>
            </w:r>
            <w:r w:rsidRPr="00AF4EEB">
              <w:rPr>
                <w:rFonts w:ascii="Trebuchet MS" w:hAnsi="Trebuchet MS"/>
                <w:sz w:val="17"/>
              </w:rPr>
              <w:br/>
              <w:t>Eliberat de: ................... La data: 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834225" w:rsidRPr="00AF4EEB" w:rsidRDefault="00AF4EEB">
            <w:pPr>
              <w:rPr>
                <w:rFonts w:ascii="Trebuchet MS" w:hAnsi="Trebuchet MS"/>
              </w:rPr>
            </w:pPr>
            <w:r w:rsidRPr="00AF4EEB">
              <w:rPr>
                <w:rFonts w:ascii="Trebuchet MS" w:hAnsi="Trebuchet MS"/>
                <w:sz w:val="17"/>
              </w:rPr>
              <w:t>Domiciliul: Județul ........................................</w:t>
            </w:r>
            <w:r w:rsidRPr="00AF4EEB">
              <w:rPr>
                <w:rFonts w:ascii="Trebuchet MS" w:hAnsi="Trebuchet MS"/>
                <w:sz w:val="17"/>
              </w:rPr>
              <w:br/>
              <w:t>Municipiul/orașul/comuna: ...........................</w:t>
            </w:r>
            <w:r w:rsidRPr="00AF4EEB">
              <w:rPr>
                <w:rFonts w:ascii="Trebuchet MS" w:hAnsi="Trebuchet MS"/>
                <w:sz w:val="17"/>
              </w:rPr>
              <w:br/>
              <w:t xml:space="preserve">Sat/sector: </w:t>
            </w:r>
            <w:r w:rsidRPr="00AF4EEB">
              <w:rPr>
                <w:rFonts w:ascii="Trebuchet MS" w:hAnsi="Trebuchet MS"/>
                <w:sz w:val="17"/>
              </w:rPr>
              <w:t>.................... Str. ............................</w:t>
            </w:r>
            <w:r w:rsidRPr="00AF4EEB">
              <w:rPr>
                <w:rFonts w:ascii="Trebuchet MS" w:hAnsi="Trebuchet MS"/>
                <w:sz w:val="17"/>
              </w:rPr>
              <w:br/>
              <w:t>Nr. .... Sc. .... Et. .... Ap. .... Cod poștal ..........</w:t>
            </w:r>
          </w:p>
        </w:tc>
      </w:tr>
      <w:tr w:rsidR="00834225" w:rsidRPr="00AF4EEB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834225" w:rsidRPr="00AF4EEB" w:rsidRDefault="00AF4EEB">
            <w:pPr>
              <w:rPr>
                <w:rFonts w:ascii="Trebuchet MS" w:hAnsi="Trebuchet MS"/>
              </w:rPr>
            </w:pPr>
            <w:r w:rsidRPr="00AF4EEB">
              <w:rPr>
                <w:rFonts w:ascii="Trebuchet MS" w:hAnsi="Trebuchet MS"/>
                <w:sz w:val="17"/>
              </w:rPr>
              <w:t>Telefon/Fax: .......................................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834225" w:rsidRPr="00AF4EEB" w:rsidRDefault="00AF4EEB">
            <w:pPr>
              <w:rPr>
                <w:rFonts w:ascii="Trebuchet MS" w:hAnsi="Trebuchet MS"/>
              </w:rPr>
            </w:pPr>
            <w:r w:rsidRPr="00AF4EEB">
              <w:rPr>
                <w:rFonts w:ascii="Trebuchet MS" w:hAnsi="Trebuchet MS"/>
                <w:sz w:val="17"/>
              </w:rPr>
              <w:t>E-mail: ....................................................</w:t>
            </w:r>
          </w:p>
        </w:tc>
      </w:tr>
      <w:tr w:rsidR="00834225" w:rsidRPr="00AF4EEB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834225" w:rsidRPr="00AF4EEB" w:rsidRDefault="00AF4EEB">
            <w:pPr>
              <w:rPr>
                <w:rFonts w:ascii="Trebuchet MS" w:hAnsi="Trebuchet MS"/>
              </w:rPr>
            </w:pPr>
            <w:r w:rsidRPr="00AF4EEB">
              <w:rPr>
                <w:rFonts w:ascii="Trebuchet MS" w:hAnsi="Trebuchet MS"/>
                <w:sz w:val="17"/>
              </w:rPr>
              <w:t>În calitate de reprezentant</w:t>
            </w:r>
            <w:r w:rsidRPr="00AF4EEB">
              <w:rPr>
                <w:rFonts w:ascii="Trebuchet MS" w:hAnsi="Trebuchet MS"/>
                <w:sz w:val="17"/>
              </w:rPr>
              <w:t xml:space="preserve"> al: .....................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30" w:type="dxa"/>
              <w:left w:w="50" w:type="dxa"/>
              <w:bottom w:w="30" w:type="dxa"/>
              <w:right w:w="50" w:type="dxa"/>
            </w:tcMar>
          </w:tcPr>
          <w:p w:rsidR="00834225" w:rsidRPr="00AF4EEB" w:rsidRDefault="00AF4EEB">
            <w:pPr>
              <w:rPr>
                <w:rFonts w:ascii="Trebuchet MS" w:hAnsi="Trebuchet MS"/>
              </w:rPr>
            </w:pPr>
            <w:r w:rsidRPr="00AF4EEB">
              <w:rPr>
                <w:rFonts w:ascii="Trebuchet MS" w:hAnsi="Trebuchet MS"/>
                <w:sz w:val="17"/>
              </w:rPr>
              <w:t>CUI/CIF: ....................................................</w:t>
            </w:r>
          </w:p>
        </w:tc>
      </w:tr>
    </w:tbl>
    <w:p w:rsidR="00834225" w:rsidRPr="00AF4EEB" w:rsidRDefault="00834225">
      <w:pPr>
        <w:spacing w:after="60"/>
        <w:rPr>
          <w:rFonts w:ascii="Trebuchet MS" w:hAnsi="Trebuchet MS"/>
        </w:rPr>
      </w:pPr>
    </w:p>
    <w:p w:rsidR="00AF4EEB" w:rsidRPr="00AF4EEB" w:rsidRDefault="00AF4EEB">
      <w:pPr>
        <w:rPr>
          <w:rFonts w:ascii="Trebuchet MS" w:hAnsi="Trebuchet MS"/>
        </w:rPr>
      </w:pPr>
      <w:r w:rsidRPr="00AF4EEB">
        <w:rPr>
          <w:rFonts w:ascii="Trebuchet MS" w:hAnsi="Trebuchet MS"/>
        </w:rPr>
        <w:t xml:space="preserve">în temeiul art. 293 din Legea nr. 169/2026, solicit emiterea </w:t>
      </w:r>
      <w:r w:rsidRPr="00AF4EEB">
        <w:rPr>
          <w:rFonts w:ascii="Trebuchet MS" w:hAnsi="Trebuchet MS"/>
          <w:b/>
        </w:rPr>
        <w:t>AUTORIZAȚIEI DE MODIFICARE</w:t>
      </w:r>
      <w:r w:rsidRPr="00AF4EEB">
        <w:rPr>
          <w:rFonts w:ascii="Trebuchet MS" w:hAnsi="Trebuchet MS"/>
        </w:rPr>
        <w:t xml:space="preserve"> corespunzătoare modificărilor de temă.</w:t>
      </w:r>
      <w:r w:rsidRPr="00AF4EEB">
        <w:rPr>
          <w:rFonts w:ascii="Trebuchet MS" w:hAnsi="Trebuchet MS"/>
        </w:rPr>
        <w:br/>
        <w:t>5. MODIFICĂRILE DE TEMĂ SOLICITATE: ..</w:t>
      </w:r>
      <w:r w:rsidRPr="00AF4EEB">
        <w:rPr>
          <w:rFonts w:ascii="Trebuchet MS" w:hAnsi="Trebuchet MS"/>
        </w:rPr>
        <w:t>......................................................................................................</w:t>
      </w:r>
      <w:r w:rsidRPr="00AF4EEB">
        <w:rPr>
          <w:rFonts w:ascii="Trebuchet MS" w:hAnsi="Trebuchet MS"/>
        </w:rPr>
        <w:br/>
        <w:t xml:space="preserve">6. Echipa de proiectare PAC actualizat. </w:t>
      </w:r>
    </w:p>
    <w:p w:rsidR="00AF4EEB" w:rsidRPr="00AF4EEB" w:rsidRDefault="00AF4EEB">
      <w:pPr>
        <w:rPr>
          <w:rFonts w:ascii="Trebuchet MS" w:hAnsi="Trebuchet MS"/>
        </w:rPr>
      </w:pPr>
      <w:r w:rsidRPr="00AF4EEB">
        <w:rPr>
          <w:rFonts w:ascii="Trebuchet MS" w:hAnsi="Trebuchet MS"/>
        </w:rPr>
        <w:t xml:space="preserve">7. Verificare tehnică cerințe. </w:t>
      </w:r>
    </w:p>
    <w:p w:rsidR="00AF4EEB" w:rsidRPr="00AF4EEB" w:rsidRDefault="00AF4EEB">
      <w:pPr>
        <w:rPr>
          <w:rFonts w:ascii="Trebuchet MS" w:hAnsi="Trebuchet MS"/>
        </w:rPr>
      </w:pPr>
      <w:r w:rsidRPr="00AF4EEB">
        <w:rPr>
          <w:rFonts w:ascii="Trebuchet MS" w:hAnsi="Trebuchet MS"/>
        </w:rPr>
        <w:t xml:space="preserve">8. Valori și durată. </w:t>
      </w:r>
    </w:p>
    <w:p w:rsidR="00834225" w:rsidRPr="00AF4EEB" w:rsidRDefault="00AF4EEB">
      <w:pPr>
        <w:rPr>
          <w:rFonts w:ascii="Trebuchet MS" w:hAnsi="Trebuchet MS"/>
        </w:rPr>
      </w:pPr>
      <w:r w:rsidRPr="00AF4EEB">
        <w:rPr>
          <w:rFonts w:ascii="Trebuchet MS" w:hAnsi="Trebuchet MS"/>
        </w:rPr>
        <w:t>9. Anexe.</w:t>
      </w:r>
    </w:p>
    <w:p w:rsidR="00834225" w:rsidRPr="00AF4EEB" w:rsidRDefault="00AF4EEB">
      <w:pPr>
        <w:rPr>
          <w:rFonts w:ascii="Trebuchet MS" w:hAnsi="Trebuchet MS"/>
        </w:rPr>
      </w:pPr>
      <w:r w:rsidRPr="00AF4EEB">
        <w:rPr>
          <w:rFonts w:ascii="Trebuchet MS" w:hAnsi="Trebuchet MS"/>
          <w:b/>
        </w:rPr>
        <w:t>10. DATA ȘI SEMNĂTURA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7"/>
        <w:gridCol w:w="5467"/>
      </w:tblGrid>
      <w:tr w:rsidR="00834225" w:rsidRPr="00AF4EEB">
        <w:trPr>
          <w:jc w:val="center"/>
        </w:trPr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834225" w:rsidRPr="00AF4EEB" w:rsidRDefault="00AF4EEB">
            <w:pPr>
              <w:rPr>
                <w:rFonts w:ascii="Trebuchet MS" w:hAnsi="Trebuchet MS"/>
              </w:rPr>
            </w:pPr>
            <w:r w:rsidRPr="00AF4EEB">
              <w:rPr>
                <w:rFonts w:ascii="Trebuchet MS" w:hAnsi="Trebuchet MS"/>
                <w:sz w:val="18"/>
              </w:rPr>
              <w:t>Data: .......................</w:t>
            </w:r>
            <w:r w:rsidRPr="00AF4EEB">
              <w:rPr>
                <w:rFonts w:ascii="Trebuchet MS" w:hAnsi="Trebuchet MS"/>
                <w:sz w:val="18"/>
              </w:rPr>
              <w:t>.................</w:t>
            </w:r>
          </w:p>
        </w:tc>
        <w:tc>
          <w:tcPr>
            <w:tcW w:w="547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:rsidR="00834225" w:rsidRPr="00AF4EEB" w:rsidRDefault="00AF4EEB">
            <w:pPr>
              <w:rPr>
                <w:rFonts w:ascii="Trebuchet MS" w:hAnsi="Trebuchet MS"/>
              </w:rPr>
            </w:pPr>
            <w:r w:rsidRPr="00AF4EEB">
              <w:rPr>
                <w:rFonts w:ascii="Trebuchet MS" w:hAnsi="Trebuchet MS"/>
                <w:sz w:val="18"/>
              </w:rPr>
              <w:t>Titularul autorizației: ........................................</w:t>
            </w:r>
            <w:r w:rsidRPr="00AF4EEB">
              <w:rPr>
                <w:rFonts w:ascii="Trebuchet MS" w:hAnsi="Trebuchet MS"/>
                <w:sz w:val="18"/>
              </w:rPr>
              <w:br/>
              <w:t>Semnătura: ........................................</w:t>
            </w:r>
          </w:p>
        </w:tc>
      </w:tr>
    </w:tbl>
    <w:p w:rsidR="00834225" w:rsidRPr="00AF4EEB" w:rsidRDefault="00834225">
      <w:pPr>
        <w:spacing w:after="80"/>
        <w:rPr>
          <w:rFonts w:ascii="Trebuchet MS" w:hAnsi="Trebuchet MS"/>
        </w:rPr>
      </w:pPr>
    </w:p>
    <w:sectPr w:rsidR="00834225" w:rsidRPr="00AF4EEB" w:rsidSect="00034616">
      <w:pgSz w:w="12240" w:h="15840"/>
      <w:pgMar w:top="576" w:right="648" w:bottom="576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34225"/>
    <w:rsid w:val="00AA1D8D"/>
    <w:rsid w:val="00AF4EE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642757"/>
  <w14:defaultImageDpi w14:val="300"/>
  <w15:docId w15:val="{5C6F19EA-4152-4CF4-B507-1B0BE6A8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C693F"/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C43E74-E39F-4D87-A2BB-75CA4CFD6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Legion</cp:lastModifiedBy>
  <cp:revision>2</cp:revision>
  <dcterms:created xsi:type="dcterms:W3CDTF">2026-09-11T09:16:00Z</dcterms:created>
  <dcterms:modified xsi:type="dcterms:W3CDTF">2026-09-11T09:16:00Z</dcterms:modified>
  <cp:category/>
</cp:coreProperties>
</file>